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4B0B26" w14:textId="77777777" w:rsidR="00CB4704" w:rsidRDefault="00CB4704" w:rsidP="00643189">
      <w:pPr>
        <w:spacing w:after="40"/>
        <w:rPr>
          <w:b/>
          <w:color w:val="1A365D"/>
          <w:sz w:val="32"/>
        </w:rPr>
      </w:pPr>
    </w:p>
    <w:p w14:paraId="644D9802" w14:textId="0613760F" w:rsidR="00BF2943" w:rsidRPr="007C72F1" w:rsidRDefault="00F31987" w:rsidP="00DC4D8E">
      <w:pPr>
        <w:spacing w:after="40"/>
        <w:jc w:val="center"/>
        <w:rPr>
          <w:sz w:val="28"/>
          <w:szCs w:val="28"/>
        </w:rPr>
      </w:pPr>
      <w:r w:rsidRPr="007C72F1">
        <w:rPr>
          <w:b/>
          <w:color w:val="1A365D"/>
          <w:sz w:val="28"/>
          <w:szCs w:val="28"/>
        </w:rPr>
        <w:t xml:space="preserve">RÈGLEMENT INTÉRIEUR </w:t>
      </w:r>
      <w:r w:rsidR="00193071" w:rsidRPr="007C72F1">
        <w:rPr>
          <w:b/>
          <w:color w:val="1A365D"/>
          <w:sz w:val="28"/>
          <w:szCs w:val="28"/>
        </w:rPr>
        <w:t xml:space="preserve">DU </w:t>
      </w:r>
      <w:r w:rsidR="005E767D" w:rsidRPr="007C72F1">
        <w:rPr>
          <w:b/>
          <w:color w:val="1A365D"/>
          <w:sz w:val="28"/>
          <w:szCs w:val="28"/>
        </w:rPr>
        <w:t>CSSC</w:t>
      </w:r>
    </w:p>
    <w:p w14:paraId="0FCD62FD" w14:textId="77777777" w:rsidR="00BF2943" w:rsidRPr="003E7642" w:rsidRDefault="00F31987">
      <w:pPr>
        <w:keepNext/>
        <w:spacing w:before="280" w:after="120"/>
        <w:rPr>
          <w:sz w:val="24"/>
          <w:szCs w:val="24"/>
        </w:rPr>
      </w:pPr>
      <w:r w:rsidRPr="003E7642">
        <w:rPr>
          <w:b/>
          <w:color w:val="1A365D"/>
          <w:sz w:val="24"/>
          <w:szCs w:val="24"/>
        </w:rPr>
        <w:t>PREAMBULE</w:t>
      </w:r>
    </w:p>
    <w:p w14:paraId="555B4AB7" w14:textId="476A7EA4" w:rsidR="00BF2943" w:rsidRPr="00A91F37" w:rsidRDefault="00F31987">
      <w:pPr>
        <w:spacing w:after="160"/>
        <w:rPr>
          <w:sz w:val="18"/>
          <w:szCs w:val="18"/>
        </w:rPr>
      </w:pPr>
      <w:r w:rsidRPr="00A91F37">
        <w:rPr>
          <w:sz w:val="18"/>
          <w:szCs w:val="18"/>
        </w:rPr>
        <w:t xml:space="preserve">Le </w:t>
      </w:r>
      <w:proofErr w:type="spellStart"/>
      <w:r w:rsidRPr="00A91F37">
        <w:rPr>
          <w:sz w:val="18"/>
          <w:szCs w:val="18"/>
        </w:rPr>
        <w:t>présent</w:t>
      </w:r>
      <w:proofErr w:type="spellEnd"/>
      <w:r w:rsidRPr="00A91F37">
        <w:rPr>
          <w:sz w:val="18"/>
          <w:szCs w:val="18"/>
        </w:rPr>
        <w:t xml:space="preserve"> </w:t>
      </w:r>
      <w:proofErr w:type="spellStart"/>
      <w:r w:rsidRPr="00A91F37">
        <w:rPr>
          <w:sz w:val="18"/>
          <w:szCs w:val="18"/>
        </w:rPr>
        <w:t>règlement</w:t>
      </w:r>
      <w:proofErr w:type="spellEnd"/>
      <w:r w:rsidRPr="00A91F37">
        <w:rPr>
          <w:sz w:val="18"/>
          <w:szCs w:val="18"/>
        </w:rPr>
        <w:t xml:space="preserve"> </w:t>
      </w:r>
      <w:proofErr w:type="spellStart"/>
      <w:r w:rsidRPr="00A91F37">
        <w:rPr>
          <w:sz w:val="18"/>
          <w:szCs w:val="18"/>
        </w:rPr>
        <w:t>intérieur</w:t>
      </w:r>
      <w:proofErr w:type="spellEnd"/>
      <w:r w:rsidRPr="00A91F37">
        <w:rPr>
          <w:sz w:val="18"/>
          <w:szCs w:val="18"/>
        </w:rPr>
        <w:t xml:space="preserve"> </w:t>
      </w:r>
      <w:r w:rsidR="00C264EB" w:rsidRPr="00A91F37">
        <w:rPr>
          <w:sz w:val="18"/>
          <w:szCs w:val="18"/>
        </w:rPr>
        <w:t>s</w:t>
      </w:r>
      <w:r w:rsidRPr="00A91F37">
        <w:rPr>
          <w:sz w:val="18"/>
          <w:szCs w:val="18"/>
        </w:rPr>
        <w:t xml:space="preserve">'impose à </w:t>
      </w:r>
      <w:proofErr w:type="spellStart"/>
      <w:r w:rsidRPr="00A91F37">
        <w:rPr>
          <w:sz w:val="18"/>
          <w:szCs w:val="18"/>
        </w:rPr>
        <w:t>tous</w:t>
      </w:r>
      <w:proofErr w:type="spellEnd"/>
      <w:r w:rsidRPr="00A91F37">
        <w:rPr>
          <w:sz w:val="18"/>
          <w:szCs w:val="18"/>
        </w:rPr>
        <w:t xml:space="preserve"> les </w:t>
      </w:r>
      <w:proofErr w:type="spellStart"/>
      <w:r w:rsidRPr="00A91F37">
        <w:rPr>
          <w:sz w:val="18"/>
          <w:szCs w:val="18"/>
        </w:rPr>
        <w:t>adhérents</w:t>
      </w:r>
      <w:proofErr w:type="spellEnd"/>
      <w:r w:rsidRPr="00A91F37">
        <w:rPr>
          <w:sz w:val="18"/>
          <w:szCs w:val="18"/>
        </w:rPr>
        <w:t xml:space="preserve">, </w:t>
      </w:r>
      <w:proofErr w:type="spellStart"/>
      <w:r w:rsidRPr="00A91F37">
        <w:rPr>
          <w:sz w:val="18"/>
          <w:szCs w:val="18"/>
        </w:rPr>
        <w:t>dirigeants</w:t>
      </w:r>
      <w:proofErr w:type="spellEnd"/>
      <w:r w:rsidRPr="00A91F37">
        <w:rPr>
          <w:sz w:val="18"/>
          <w:szCs w:val="18"/>
        </w:rPr>
        <w:t>, éducateurs et bénévoles. La pratique des sports de combat exige une discipline rigoureuse, le respect d'autrui et une sécurité absolue.</w:t>
      </w:r>
    </w:p>
    <w:p w14:paraId="126719A8" w14:textId="77777777" w:rsidR="00FF4D6A" w:rsidRDefault="00FF4D6A">
      <w:pPr>
        <w:keepNext/>
        <w:spacing w:before="280" w:after="120"/>
        <w:rPr>
          <w:b/>
          <w:color w:val="1A365D"/>
          <w:sz w:val="24"/>
          <w:szCs w:val="24"/>
        </w:rPr>
      </w:pPr>
    </w:p>
    <w:p w14:paraId="2A4E4146" w14:textId="3334F9FC" w:rsidR="00BF2943" w:rsidRPr="003E7642" w:rsidRDefault="00F31987">
      <w:pPr>
        <w:keepNext/>
        <w:spacing w:before="280" w:after="120"/>
        <w:rPr>
          <w:sz w:val="24"/>
          <w:szCs w:val="24"/>
        </w:rPr>
      </w:pPr>
      <w:r w:rsidRPr="003E7642">
        <w:rPr>
          <w:b/>
          <w:color w:val="1A365D"/>
          <w:sz w:val="24"/>
          <w:szCs w:val="24"/>
        </w:rPr>
        <w:t xml:space="preserve">ARTICLE 1 : </w:t>
      </w:r>
      <w:proofErr w:type="spellStart"/>
      <w:r w:rsidRPr="003E7642">
        <w:rPr>
          <w:b/>
          <w:color w:val="1A365D"/>
          <w:sz w:val="24"/>
          <w:szCs w:val="24"/>
        </w:rPr>
        <w:t>ADHÉSION</w:t>
      </w:r>
      <w:proofErr w:type="spellEnd"/>
      <w:r w:rsidRPr="003E7642">
        <w:rPr>
          <w:b/>
          <w:color w:val="1A365D"/>
          <w:sz w:val="24"/>
          <w:szCs w:val="24"/>
        </w:rPr>
        <w:t xml:space="preserve"> ET CLAUSE DE NON-REMBOURSEMENT</w:t>
      </w:r>
    </w:p>
    <w:p w14:paraId="172AD866" w14:textId="77777777" w:rsidR="00BF2943" w:rsidRPr="006D18B3" w:rsidRDefault="00F31987">
      <w:pPr>
        <w:pStyle w:val="Listepuces"/>
        <w:spacing w:after="60"/>
        <w:rPr>
          <w:sz w:val="18"/>
          <w:szCs w:val="18"/>
        </w:rPr>
      </w:pPr>
      <w:r w:rsidRPr="006D18B3">
        <w:rPr>
          <w:b/>
          <w:sz w:val="18"/>
          <w:szCs w:val="18"/>
        </w:rPr>
        <w:t xml:space="preserve">Dossier </w:t>
      </w:r>
      <w:proofErr w:type="spellStart"/>
      <w:r w:rsidRPr="006D18B3">
        <w:rPr>
          <w:b/>
          <w:sz w:val="18"/>
          <w:szCs w:val="18"/>
        </w:rPr>
        <w:t>complet</w:t>
      </w:r>
      <w:proofErr w:type="spellEnd"/>
      <w:r w:rsidRPr="006D18B3">
        <w:rPr>
          <w:b/>
          <w:sz w:val="18"/>
          <w:szCs w:val="18"/>
        </w:rPr>
        <w:t xml:space="preserve"> : </w:t>
      </w:r>
      <w:proofErr w:type="spellStart"/>
      <w:r w:rsidRPr="006D18B3">
        <w:rPr>
          <w:sz w:val="18"/>
          <w:szCs w:val="18"/>
        </w:rPr>
        <w:t>L'accès</w:t>
      </w:r>
      <w:proofErr w:type="spellEnd"/>
      <w:r w:rsidRPr="006D18B3">
        <w:rPr>
          <w:sz w:val="18"/>
          <w:szCs w:val="18"/>
        </w:rPr>
        <w:t xml:space="preserve"> aux entraînements est conditionné par la remise d'un dossier complet (fiche d'inscription, règlement de la cotisation, et justificatif médical requis).</w:t>
      </w:r>
    </w:p>
    <w:p w14:paraId="61BC7CD9" w14:textId="186EAC72" w:rsidR="00BF2943" w:rsidRPr="006D18B3" w:rsidRDefault="00F31987">
      <w:pPr>
        <w:pStyle w:val="Listepuces"/>
        <w:spacing w:after="60"/>
        <w:rPr>
          <w:sz w:val="18"/>
          <w:szCs w:val="18"/>
        </w:rPr>
      </w:pPr>
      <w:r w:rsidRPr="006D18B3">
        <w:rPr>
          <w:b/>
          <w:sz w:val="18"/>
          <w:szCs w:val="18"/>
        </w:rPr>
        <w:t xml:space="preserve">Cotisation définitive : </w:t>
      </w:r>
      <w:r w:rsidRPr="006D18B3">
        <w:rPr>
          <w:sz w:val="18"/>
          <w:szCs w:val="18"/>
        </w:rPr>
        <w:t xml:space="preserve">Toute cotisation perçue est définitivement acquise au club. Aucun remboursement, partiel ou total, ne sera </w:t>
      </w:r>
      <w:proofErr w:type="spellStart"/>
      <w:r w:rsidRPr="006D18B3">
        <w:rPr>
          <w:sz w:val="18"/>
          <w:szCs w:val="18"/>
        </w:rPr>
        <w:t>accordé</w:t>
      </w:r>
      <w:proofErr w:type="spellEnd"/>
      <w:r w:rsidRPr="006D18B3">
        <w:rPr>
          <w:sz w:val="18"/>
          <w:szCs w:val="18"/>
        </w:rPr>
        <w:t xml:space="preserve"> en </w:t>
      </w:r>
      <w:proofErr w:type="spellStart"/>
      <w:r w:rsidRPr="006D18B3">
        <w:rPr>
          <w:sz w:val="18"/>
          <w:szCs w:val="18"/>
        </w:rPr>
        <w:t>cours</w:t>
      </w:r>
      <w:proofErr w:type="spellEnd"/>
      <w:r w:rsidRPr="006D18B3">
        <w:rPr>
          <w:sz w:val="18"/>
          <w:szCs w:val="18"/>
        </w:rPr>
        <w:t xml:space="preserve"> </w:t>
      </w:r>
      <w:proofErr w:type="spellStart"/>
      <w:r w:rsidRPr="006D18B3">
        <w:rPr>
          <w:sz w:val="18"/>
          <w:szCs w:val="18"/>
        </w:rPr>
        <w:t>d'année</w:t>
      </w:r>
      <w:proofErr w:type="spellEnd"/>
      <w:r w:rsidRPr="006D18B3">
        <w:rPr>
          <w:sz w:val="18"/>
          <w:szCs w:val="18"/>
        </w:rPr>
        <w:t xml:space="preserve">, quel </w:t>
      </w:r>
      <w:proofErr w:type="spellStart"/>
      <w:r w:rsidRPr="006D18B3">
        <w:rPr>
          <w:sz w:val="18"/>
          <w:szCs w:val="18"/>
        </w:rPr>
        <w:t>qu'en</w:t>
      </w:r>
      <w:proofErr w:type="spellEnd"/>
      <w:r w:rsidRPr="006D18B3">
        <w:rPr>
          <w:sz w:val="18"/>
          <w:szCs w:val="18"/>
        </w:rPr>
        <w:t xml:space="preserve"> </w:t>
      </w:r>
      <w:proofErr w:type="spellStart"/>
      <w:r w:rsidRPr="006D18B3">
        <w:rPr>
          <w:sz w:val="18"/>
          <w:szCs w:val="18"/>
        </w:rPr>
        <w:t>soit</w:t>
      </w:r>
      <w:proofErr w:type="spellEnd"/>
      <w:r w:rsidRPr="006D18B3">
        <w:rPr>
          <w:sz w:val="18"/>
          <w:szCs w:val="18"/>
        </w:rPr>
        <w:t xml:space="preserve"> le motif.</w:t>
      </w:r>
    </w:p>
    <w:p w14:paraId="7960FC08" w14:textId="77777777" w:rsidR="00CC5959" w:rsidRDefault="00CC5959">
      <w:pPr>
        <w:keepNext/>
        <w:spacing w:before="280" w:after="120"/>
        <w:rPr>
          <w:b/>
          <w:color w:val="1A365D"/>
          <w:sz w:val="24"/>
          <w:szCs w:val="24"/>
        </w:rPr>
      </w:pPr>
    </w:p>
    <w:p w14:paraId="170E68BA" w14:textId="73F0D67A" w:rsidR="00BF2943" w:rsidRPr="00CA5DEA" w:rsidRDefault="00F31987">
      <w:pPr>
        <w:keepNext/>
        <w:spacing w:before="280" w:after="120"/>
        <w:rPr>
          <w:sz w:val="24"/>
          <w:szCs w:val="24"/>
        </w:rPr>
      </w:pPr>
      <w:r w:rsidRPr="00CA5DEA">
        <w:rPr>
          <w:b/>
          <w:color w:val="1A365D"/>
          <w:sz w:val="24"/>
          <w:szCs w:val="24"/>
        </w:rPr>
        <w:t xml:space="preserve">ARTICLE 2 : </w:t>
      </w:r>
      <w:proofErr w:type="spellStart"/>
      <w:r w:rsidRPr="00CA5DEA">
        <w:rPr>
          <w:b/>
          <w:color w:val="1A365D"/>
          <w:sz w:val="24"/>
          <w:szCs w:val="24"/>
        </w:rPr>
        <w:t>PRINCIPES</w:t>
      </w:r>
      <w:proofErr w:type="spellEnd"/>
      <w:r w:rsidRPr="00CA5DEA">
        <w:rPr>
          <w:b/>
          <w:color w:val="1A365D"/>
          <w:sz w:val="24"/>
          <w:szCs w:val="24"/>
        </w:rPr>
        <w:t xml:space="preserve"> DE </w:t>
      </w:r>
      <w:proofErr w:type="spellStart"/>
      <w:r w:rsidRPr="00CA5DEA">
        <w:rPr>
          <w:b/>
          <w:color w:val="1A365D"/>
          <w:sz w:val="24"/>
          <w:szCs w:val="24"/>
        </w:rPr>
        <w:t>LAÏCITÉ</w:t>
      </w:r>
      <w:proofErr w:type="spellEnd"/>
      <w:r w:rsidRPr="00CA5DEA">
        <w:rPr>
          <w:b/>
          <w:color w:val="1A365D"/>
          <w:sz w:val="24"/>
          <w:szCs w:val="24"/>
        </w:rPr>
        <w:t>, DE NEUTRALITÉ ET DE VIVRE-ENSEMBLE</w:t>
      </w:r>
    </w:p>
    <w:p w14:paraId="1ED45D85" w14:textId="77777777" w:rsidR="00BF2943" w:rsidRPr="00AD03AE" w:rsidRDefault="00F31987">
      <w:pPr>
        <w:pStyle w:val="Listepuces"/>
        <w:spacing w:after="60"/>
        <w:rPr>
          <w:sz w:val="18"/>
          <w:szCs w:val="18"/>
        </w:rPr>
      </w:pPr>
      <w:r w:rsidRPr="00AD03AE">
        <w:rPr>
          <w:b/>
          <w:sz w:val="18"/>
          <w:szCs w:val="18"/>
        </w:rPr>
        <w:t xml:space="preserve">Principe de neutralité : </w:t>
      </w:r>
      <w:r w:rsidRPr="00AD03AE">
        <w:rPr>
          <w:sz w:val="18"/>
          <w:szCs w:val="18"/>
        </w:rPr>
        <w:t>Le club CSSC est un espace neutre d'apprentissage et de pratique sportive, préservé de toute considération politique ou religieuse.</w:t>
      </w:r>
    </w:p>
    <w:p w14:paraId="541488C3" w14:textId="77777777" w:rsidR="00BF2943" w:rsidRPr="00AD03AE" w:rsidRDefault="00F31987">
      <w:pPr>
        <w:pStyle w:val="Listepuces"/>
        <w:spacing w:after="60"/>
        <w:rPr>
          <w:sz w:val="18"/>
          <w:szCs w:val="18"/>
        </w:rPr>
      </w:pPr>
      <w:r w:rsidRPr="00AD03AE">
        <w:rPr>
          <w:b/>
          <w:sz w:val="18"/>
          <w:szCs w:val="18"/>
        </w:rPr>
        <w:t xml:space="preserve">Signes ostentatoires : </w:t>
      </w:r>
      <w:r w:rsidRPr="00AD03AE">
        <w:rPr>
          <w:sz w:val="18"/>
          <w:szCs w:val="18"/>
        </w:rPr>
        <w:t>Afin de garantir le respect mutuel et d'éviter toute forme de prosélytisme, le port de signes ou de tenues manifestant ostensiblement une appartenance religieuse, politique, philosophique ou idéologique est strictement interdit dans l'enceinte sportive (vestiaires, tatamis, rings, tribunes) pendant les heures de cours et de compétitions.</w:t>
      </w:r>
    </w:p>
    <w:p w14:paraId="32CF8BB0" w14:textId="53BAABA8" w:rsidR="00BF2943" w:rsidRPr="00AD03AE" w:rsidRDefault="00F31987">
      <w:pPr>
        <w:pStyle w:val="Listepuces"/>
        <w:spacing w:after="60"/>
        <w:rPr>
          <w:sz w:val="18"/>
          <w:szCs w:val="18"/>
        </w:rPr>
      </w:pPr>
      <w:r w:rsidRPr="00AD03AE">
        <w:rPr>
          <w:b/>
          <w:sz w:val="18"/>
          <w:szCs w:val="18"/>
        </w:rPr>
        <w:t xml:space="preserve">Tenues réglementaires : </w:t>
      </w:r>
      <w:r w:rsidRPr="00AD03AE">
        <w:rPr>
          <w:sz w:val="18"/>
          <w:szCs w:val="18"/>
        </w:rPr>
        <w:t xml:space="preserve">Seules les tenues officielles imposées par la discipline (ex: kimono, </w:t>
      </w:r>
      <w:proofErr w:type="spellStart"/>
      <w:r w:rsidR="00B97D90" w:rsidRPr="00AD03AE">
        <w:rPr>
          <w:sz w:val="18"/>
          <w:szCs w:val="18"/>
        </w:rPr>
        <w:t>pantalon</w:t>
      </w:r>
      <w:proofErr w:type="spellEnd"/>
      <w:r w:rsidRPr="00AD03AE">
        <w:rPr>
          <w:sz w:val="18"/>
          <w:szCs w:val="18"/>
        </w:rPr>
        <w:t>/T-shirt du club, protections homologuées) sont autorisées sur l'aire de combat.</w:t>
      </w:r>
    </w:p>
    <w:p w14:paraId="5F2EB986" w14:textId="77777777" w:rsidR="00BF2943" w:rsidRPr="00AD03AE" w:rsidRDefault="00F31987">
      <w:pPr>
        <w:pStyle w:val="Listepuces"/>
        <w:spacing w:after="60"/>
        <w:rPr>
          <w:sz w:val="18"/>
          <w:szCs w:val="18"/>
        </w:rPr>
      </w:pPr>
      <w:r w:rsidRPr="00AD03AE">
        <w:rPr>
          <w:b/>
          <w:sz w:val="18"/>
          <w:szCs w:val="18"/>
        </w:rPr>
        <w:t xml:space="preserve">Absence de discriminations : </w:t>
      </w:r>
      <w:r w:rsidRPr="00AD03AE">
        <w:rPr>
          <w:sz w:val="18"/>
          <w:szCs w:val="18"/>
        </w:rPr>
        <w:t>Le club interdit formellement tout comportement, parole ou discrimination fondés sur l'origine, le sexe, l'orientation sexuelle, la religion ou les opinions.</w:t>
      </w:r>
    </w:p>
    <w:p w14:paraId="79385C09" w14:textId="77777777" w:rsidR="00922AF9" w:rsidRDefault="00922AF9">
      <w:pPr>
        <w:keepNext/>
        <w:spacing w:before="280" w:after="120"/>
        <w:rPr>
          <w:b/>
          <w:color w:val="1A365D"/>
          <w:sz w:val="24"/>
          <w:szCs w:val="24"/>
        </w:rPr>
      </w:pPr>
    </w:p>
    <w:p w14:paraId="1E903AAD" w14:textId="45C6DDD0" w:rsidR="00BF2943" w:rsidRPr="00CE2C9F" w:rsidRDefault="00F31987">
      <w:pPr>
        <w:keepNext/>
        <w:spacing w:before="280" w:after="120"/>
        <w:rPr>
          <w:sz w:val="24"/>
          <w:szCs w:val="24"/>
        </w:rPr>
      </w:pPr>
      <w:r w:rsidRPr="00CE2C9F">
        <w:rPr>
          <w:b/>
          <w:color w:val="1A365D"/>
          <w:sz w:val="24"/>
          <w:szCs w:val="24"/>
        </w:rPr>
        <w:t xml:space="preserve">ARTICLE 3 : </w:t>
      </w:r>
      <w:proofErr w:type="spellStart"/>
      <w:r w:rsidRPr="00CE2C9F">
        <w:rPr>
          <w:b/>
          <w:color w:val="1A365D"/>
          <w:sz w:val="24"/>
          <w:szCs w:val="24"/>
        </w:rPr>
        <w:t>HYGIÈNE</w:t>
      </w:r>
      <w:proofErr w:type="spellEnd"/>
      <w:r w:rsidRPr="00CE2C9F">
        <w:rPr>
          <w:b/>
          <w:color w:val="1A365D"/>
          <w:sz w:val="24"/>
          <w:szCs w:val="24"/>
        </w:rPr>
        <w:t xml:space="preserve"> ET </w:t>
      </w:r>
      <w:proofErr w:type="spellStart"/>
      <w:r w:rsidRPr="00CE2C9F">
        <w:rPr>
          <w:b/>
          <w:color w:val="1A365D"/>
          <w:sz w:val="24"/>
          <w:szCs w:val="24"/>
        </w:rPr>
        <w:t>SÉCURITÉ</w:t>
      </w:r>
      <w:proofErr w:type="spellEnd"/>
      <w:r w:rsidRPr="00CE2C9F">
        <w:rPr>
          <w:b/>
          <w:color w:val="1A365D"/>
          <w:sz w:val="24"/>
          <w:szCs w:val="24"/>
        </w:rPr>
        <w:t xml:space="preserve"> </w:t>
      </w:r>
      <w:proofErr w:type="spellStart"/>
      <w:r w:rsidRPr="00CE2C9F">
        <w:rPr>
          <w:b/>
          <w:color w:val="1A365D"/>
          <w:sz w:val="24"/>
          <w:szCs w:val="24"/>
        </w:rPr>
        <w:t>CORPORELLE</w:t>
      </w:r>
      <w:proofErr w:type="spellEnd"/>
    </w:p>
    <w:p w14:paraId="1E27AF07" w14:textId="77777777" w:rsidR="00BF2943" w:rsidRPr="00AD03AE" w:rsidRDefault="00F31987">
      <w:pPr>
        <w:pStyle w:val="Listepuces"/>
        <w:spacing w:after="60"/>
        <w:rPr>
          <w:sz w:val="18"/>
          <w:szCs w:val="18"/>
        </w:rPr>
      </w:pPr>
      <w:r w:rsidRPr="00AD03AE">
        <w:rPr>
          <w:b/>
          <w:sz w:val="18"/>
          <w:szCs w:val="18"/>
        </w:rPr>
        <w:t xml:space="preserve">Propreté : </w:t>
      </w:r>
      <w:r w:rsidRPr="00AD03AE">
        <w:rPr>
          <w:sz w:val="18"/>
          <w:szCs w:val="18"/>
        </w:rPr>
        <w:t>Les pratiquants doivent se présenter dans un état d'hygiène corporelle irréprochable (tenue propre, ongles des mains et des pieds coupés courts).</w:t>
      </w:r>
    </w:p>
    <w:p w14:paraId="73727183" w14:textId="77777777" w:rsidR="00BF2943" w:rsidRPr="00AD03AE" w:rsidRDefault="00F31987">
      <w:pPr>
        <w:pStyle w:val="Listepuces"/>
        <w:spacing w:after="60"/>
        <w:rPr>
          <w:sz w:val="18"/>
          <w:szCs w:val="18"/>
        </w:rPr>
      </w:pPr>
      <w:r w:rsidRPr="00AD03AE">
        <w:rPr>
          <w:b/>
          <w:sz w:val="18"/>
          <w:szCs w:val="18"/>
        </w:rPr>
        <w:t xml:space="preserve">Accès aux tatamis : </w:t>
      </w:r>
      <w:r w:rsidRPr="00AD03AE">
        <w:rPr>
          <w:sz w:val="18"/>
          <w:szCs w:val="18"/>
        </w:rPr>
        <w:t>L'accès se fait exclusivement pieds nus ou avec des chaussures de salle spécifiques propres, jamais portées à l'extérieur.</w:t>
      </w:r>
    </w:p>
    <w:p w14:paraId="0879A3DB" w14:textId="77777777" w:rsidR="00BF2943" w:rsidRDefault="00F31987">
      <w:pPr>
        <w:pStyle w:val="Listepuces"/>
        <w:spacing w:after="60"/>
      </w:pPr>
      <w:r w:rsidRPr="00AD03AE">
        <w:rPr>
          <w:b/>
          <w:sz w:val="18"/>
          <w:szCs w:val="18"/>
        </w:rPr>
        <w:t xml:space="preserve">Objets interdits : </w:t>
      </w:r>
      <w:r w:rsidRPr="00AD03AE">
        <w:rPr>
          <w:sz w:val="18"/>
          <w:szCs w:val="18"/>
        </w:rPr>
        <w:t>Pour des raisons de sécurité évidentes lors des saisies ou des frappes, le port de bijoux, montres, piercings ou barrettes rigides est strictement interdit.</w:t>
      </w:r>
    </w:p>
    <w:p w14:paraId="7DCC78AE" w14:textId="77777777" w:rsidR="00ED6DB2" w:rsidRDefault="00ED6DB2">
      <w:pPr>
        <w:keepNext/>
        <w:spacing w:before="280" w:after="120"/>
        <w:rPr>
          <w:b/>
          <w:color w:val="1A365D"/>
          <w:sz w:val="24"/>
          <w:szCs w:val="24"/>
        </w:rPr>
      </w:pPr>
    </w:p>
    <w:p w14:paraId="3D8FC660" w14:textId="0B921215" w:rsidR="00BF2943" w:rsidRPr="00377654" w:rsidRDefault="00F31987">
      <w:pPr>
        <w:keepNext/>
        <w:spacing w:before="280" w:after="120"/>
        <w:rPr>
          <w:sz w:val="24"/>
          <w:szCs w:val="24"/>
        </w:rPr>
      </w:pPr>
      <w:r w:rsidRPr="00377654">
        <w:rPr>
          <w:b/>
          <w:color w:val="1A365D"/>
          <w:sz w:val="24"/>
          <w:szCs w:val="24"/>
        </w:rPr>
        <w:t>ARTICLE 4 : DISCIPLINE ET PONCTUALITÉ</w:t>
      </w:r>
    </w:p>
    <w:p w14:paraId="4FBA2518" w14:textId="77777777" w:rsidR="00BF2943" w:rsidRPr="00E53AD9" w:rsidRDefault="00F31987">
      <w:pPr>
        <w:pStyle w:val="Listepuces"/>
        <w:spacing w:after="60"/>
        <w:rPr>
          <w:sz w:val="18"/>
          <w:szCs w:val="18"/>
        </w:rPr>
      </w:pPr>
      <w:r w:rsidRPr="00E53AD9">
        <w:rPr>
          <w:b/>
          <w:sz w:val="18"/>
          <w:szCs w:val="18"/>
        </w:rPr>
        <w:t xml:space="preserve">Respect de l'encadrement : </w:t>
      </w:r>
      <w:r w:rsidRPr="00E53AD9">
        <w:rPr>
          <w:sz w:val="18"/>
          <w:szCs w:val="18"/>
        </w:rPr>
        <w:t>Les consignes des entraîneurs doivent être appliquées immédiatement et sans discussion. Tout comportement violent ou visant à blesser un partenaire sera immédiatement sanctionné.</w:t>
      </w:r>
    </w:p>
    <w:p w14:paraId="332DE9DA" w14:textId="77777777" w:rsidR="00BF2943" w:rsidRDefault="00F31987">
      <w:pPr>
        <w:pStyle w:val="Listepuces"/>
        <w:spacing w:after="60"/>
      </w:pPr>
      <w:r w:rsidRPr="00E53AD9">
        <w:rPr>
          <w:b/>
          <w:sz w:val="18"/>
          <w:szCs w:val="18"/>
        </w:rPr>
        <w:t xml:space="preserve">Téléphones et image : </w:t>
      </w:r>
      <w:r w:rsidRPr="00E53AD9">
        <w:rPr>
          <w:sz w:val="18"/>
          <w:szCs w:val="18"/>
        </w:rPr>
        <w:t>L'usage des téléphones portables est interdit autour des aires de combat pour préserver la concentration et le droit à l'image.</w:t>
      </w:r>
    </w:p>
    <w:p w14:paraId="03712BC3" w14:textId="77777777" w:rsidR="00BF2943" w:rsidRPr="00835F6B" w:rsidRDefault="00F31987">
      <w:pPr>
        <w:keepNext/>
        <w:spacing w:before="280" w:after="120"/>
        <w:rPr>
          <w:sz w:val="24"/>
          <w:szCs w:val="24"/>
        </w:rPr>
      </w:pPr>
      <w:r w:rsidRPr="00835F6B">
        <w:rPr>
          <w:b/>
          <w:color w:val="1A365D"/>
          <w:sz w:val="24"/>
          <w:szCs w:val="24"/>
        </w:rPr>
        <w:lastRenderedPageBreak/>
        <w:t>ARTICLE 5 : RESPONSABILITÉ ET GESTION DES RETARDS DES MINEURS</w:t>
      </w:r>
    </w:p>
    <w:p w14:paraId="27A889F8" w14:textId="77777777" w:rsidR="00BF2943" w:rsidRPr="00C51744" w:rsidRDefault="00F31987">
      <w:pPr>
        <w:pStyle w:val="Listepuces"/>
        <w:spacing w:after="60"/>
        <w:rPr>
          <w:sz w:val="18"/>
          <w:szCs w:val="18"/>
        </w:rPr>
      </w:pPr>
      <w:r w:rsidRPr="00C51744">
        <w:rPr>
          <w:b/>
          <w:sz w:val="18"/>
          <w:szCs w:val="18"/>
        </w:rPr>
        <w:t xml:space="preserve">Prise en charge : </w:t>
      </w:r>
      <w:r w:rsidRPr="00C51744">
        <w:rPr>
          <w:sz w:val="18"/>
          <w:szCs w:val="18"/>
        </w:rPr>
        <w:t>La responsabilité du club ne débute qu'au moment où l'éducateur prend en charge le groupe sur le tatami, et prend fin strictement à l'heure exacte de la fin du cours.</w:t>
      </w:r>
    </w:p>
    <w:p w14:paraId="07C1B66E" w14:textId="77777777" w:rsidR="00BF2943" w:rsidRPr="00C51744" w:rsidRDefault="00F31987">
      <w:pPr>
        <w:pStyle w:val="Listepuces"/>
        <w:spacing w:after="60"/>
        <w:rPr>
          <w:sz w:val="18"/>
          <w:szCs w:val="18"/>
        </w:rPr>
      </w:pPr>
      <w:r w:rsidRPr="00C51744">
        <w:rPr>
          <w:b/>
          <w:sz w:val="18"/>
          <w:szCs w:val="18"/>
        </w:rPr>
        <w:t xml:space="preserve">Obligation des parents : </w:t>
      </w:r>
      <w:r w:rsidRPr="00C51744">
        <w:rPr>
          <w:sz w:val="18"/>
          <w:szCs w:val="18"/>
        </w:rPr>
        <w:t>Les parents doivent s'assurer de la présence de l'entraîneur avant de laisser l'enfant et être présents 5 minutes avant la fin du cours.</w:t>
      </w:r>
    </w:p>
    <w:p w14:paraId="2D804A71" w14:textId="4CC5B67D" w:rsidR="00BF2943" w:rsidRPr="007E78BD" w:rsidRDefault="00F31987">
      <w:pPr>
        <w:pStyle w:val="Listepuces"/>
        <w:spacing w:after="60"/>
      </w:pPr>
      <w:r w:rsidRPr="00C51744">
        <w:rPr>
          <w:b/>
          <w:sz w:val="18"/>
          <w:szCs w:val="18"/>
        </w:rPr>
        <w:t xml:space="preserve">Retards : </w:t>
      </w:r>
      <w:r w:rsidRPr="00C51744">
        <w:rPr>
          <w:sz w:val="18"/>
          <w:szCs w:val="18"/>
        </w:rPr>
        <w:t xml:space="preserve">En cas de retard supérieur à 15 minutes, le club </w:t>
      </w:r>
      <w:proofErr w:type="spellStart"/>
      <w:r w:rsidRPr="00C51744">
        <w:rPr>
          <w:sz w:val="18"/>
          <w:szCs w:val="18"/>
        </w:rPr>
        <w:t>décline</w:t>
      </w:r>
      <w:proofErr w:type="spellEnd"/>
      <w:r w:rsidRPr="00C51744">
        <w:rPr>
          <w:sz w:val="18"/>
          <w:szCs w:val="18"/>
        </w:rPr>
        <w:t xml:space="preserve"> </w:t>
      </w:r>
      <w:proofErr w:type="spellStart"/>
      <w:r w:rsidRPr="00C51744">
        <w:rPr>
          <w:sz w:val="18"/>
          <w:szCs w:val="18"/>
        </w:rPr>
        <w:t>toute</w:t>
      </w:r>
      <w:proofErr w:type="spellEnd"/>
      <w:r w:rsidRPr="00C51744">
        <w:rPr>
          <w:sz w:val="18"/>
          <w:szCs w:val="18"/>
        </w:rPr>
        <w:t xml:space="preserve"> </w:t>
      </w:r>
      <w:proofErr w:type="spellStart"/>
      <w:r w:rsidRPr="00C51744">
        <w:rPr>
          <w:sz w:val="18"/>
          <w:szCs w:val="18"/>
        </w:rPr>
        <w:t>responsabilité</w:t>
      </w:r>
      <w:proofErr w:type="spellEnd"/>
      <w:r w:rsidRPr="00C51744">
        <w:rPr>
          <w:sz w:val="18"/>
          <w:szCs w:val="18"/>
        </w:rPr>
        <w:t xml:space="preserve">. Les retards </w:t>
      </w:r>
      <w:proofErr w:type="spellStart"/>
      <w:r w:rsidRPr="00C51744">
        <w:rPr>
          <w:sz w:val="18"/>
          <w:szCs w:val="18"/>
        </w:rPr>
        <w:t>répétés</w:t>
      </w:r>
      <w:proofErr w:type="spellEnd"/>
      <w:r w:rsidRPr="00C51744">
        <w:rPr>
          <w:sz w:val="18"/>
          <w:szCs w:val="18"/>
        </w:rPr>
        <w:t xml:space="preserve"> </w:t>
      </w:r>
      <w:proofErr w:type="spellStart"/>
      <w:r w:rsidRPr="00C51744">
        <w:rPr>
          <w:sz w:val="18"/>
          <w:szCs w:val="18"/>
        </w:rPr>
        <w:t>peuvent</w:t>
      </w:r>
      <w:proofErr w:type="spellEnd"/>
      <w:r w:rsidRPr="00C51744">
        <w:rPr>
          <w:sz w:val="18"/>
          <w:szCs w:val="18"/>
        </w:rPr>
        <w:t xml:space="preserve"> </w:t>
      </w:r>
      <w:proofErr w:type="spellStart"/>
      <w:r w:rsidRPr="00C51744">
        <w:rPr>
          <w:sz w:val="18"/>
          <w:szCs w:val="18"/>
        </w:rPr>
        <w:t>mener</w:t>
      </w:r>
      <w:proofErr w:type="spellEnd"/>
      <w:r w:rsidRPr="00C51744">
        <w:rPr>
          <w:sz w:val="18"/>
          <w:szCs w:val="18"/>
        </w:rPr>
        <w:t xml:space="preserve"> à </w:t>
      </w:r>
      <w:proofErr w:type="spellStart"/>
      <w:r w:rsidRPr="00C51744">
        <w:rPr>
          <w:sz w:val="18"/>
          <w:szCs w:val="18"/>
        </w:rPr>
        <w:t>une</w:t>
      </w:r>
      <w:proofErr w:type="spellEnd"/>
      <w:r w:rsidRPr="00C51744">
        <w:rPr>
          <w:sz w:val="18"/>
          <w:szCs w:val="18"/>
        </w:rPr>
        <w:t xml:space="preserve"> exclusion.</w:t>
      </w:r>
    </w:p>
    <w:p w14:paraId="705339CD" w14:textId="77777777" w:rsidR="004B7E3D" w:rsidRDefault="004B7E3D" w:rsidP="000D44F9">
      <w:pPr>
        <w:pStyle w:val="Listepuces"/>
        <w:numPr>
          <w:ilvl w:val="0"/>
          <w:numId w:val="0"/>
        </w:numPr>
        <w:spacing w:after="60"/>
      </w:pPr>
    </w:p>
    <w:p w14:paraId="1F7506A7" w14:textId="77777777" w:rsidR="004B7E3D" w:rsidRPr="008B2641" w:rsidRDefault="004B7E3D" w:rsidP="007E78BD">
      <w:pPr>
        <w:pStyle w:val="Listepuces"/>
        <w:numPr>
          <w:ilvl w:val="0"/>
          <w:numId w:val="0"/>
        </w:numPr>
        <w:spacing w:after="60"/>
        <w:ind w:left="360"/>
      </w:pPr>
    </w:p>
    <w:p w14:paraId="4F4EFC6D" w14:textId="77777777" w:rsidR="002659A1" w:rsidRDefault="0068536E" w:rsidP="008B2641">
      <w:pPr>
        <w:spacing w:after="0" w:line="240" w:lineRule="auto"/>
        <w:rPr>
          <w:rFonts w:ascii="-webkit-standard" w:eastAsia="Times New Roman" w:hAnsi="-webkit-standard"/>
          <w:color w:val="FFFFFF"/>
          <w:sz w:val="27"/>
          <w:szCs w:val="27"/>
        </w:rPr>
      </w:pPr>
      <w:r w:rsidRPr="00835F6B">
        <w:rPr>
          <w:b/>
          <w:color w:val="1A365D"/>
          <w:sz w:val="24"/>
          <w:szCs w:val="24"/>
        </w:rPr>
        <w:t xml:space="preserve">ARTICLE </w:t>
      </w:r>
      <w:r>
        <w:rPr>
          <w:b/>
          <w:color w:val="1A365D"/>
          <w:sz w:val="24"/>
          <w:szCs w:val="24"/>
        </w:rPr>
        <w:t>6 :</w:t>
      </w:r>
      <w:r w:rsidRPr="00835F6B">
        <w:rPr>
          <w:b/>
          <w:color w:val="1A365D"/>
          <w:sz w:val="24"/>
          <w:szCs w:val="24"/>
        </w:rPr>
        <w:t xml:space="preserve"> </w:t>
      </w:r>
      <w:proofErr w:type="spellStart"/>
      <w:r w:rsidR="00037919">
        <w:rPr>
          <w:b/>
          <w:color w:val="1A365D"/>
          <w:sz w:val="24"/>
          <w:szCs w:val="24"/>
        </w:rPr>
        <w:t>UTILISATION</w:t>
      </w:r>
      <w:proofErr w:type="spellEnd"/>
      <w:r w:rsidR="00037919">
        <w:rPr>
          <w:b/>
          <w:color w:val="1A365D"/>
          <w:sz w:val="24"/>
          <w:szCs w:val="24"/>
        </w:rPr>
        <w:t xml:space="preserve"> DES </w:t>
      </w:r>
      <w:proofErr w:type="spellStart"/>
      <w:r w:rsidR="00037919">
        <w:rPr>
          <w:b/>
          <w:color w:val="1A365D"/>
          <w:sz w:val="24"/>
          <w:szCs w:val="24"/>
        </w:rPr>
        <w:t>VESTIAIRES</w:t>
      </w:r>
      <w:proofErr w:type="spellEnd"/>
      <w:r w:rsidR="00037919">
        <w:rPr>
          <w:b/>
          <w:color w:val="1A365D"/>
          <w:sz w:val="24"/>
          <w:szCs w:val="24"/>
        </w:rPr>
        <w:t xml:space="preserve"> </w:t>
      </w:r>
      <w:r w:rsidR="008B2641" w:rsidRPr="008B2641">
        <w:rPr>
          <w:rFonts w:ascii="Helvetica Neue" w:eastAsia="Times New Roman" w:hAnsi="Helvetica Neue" w:cs="Times New Roman"/>
          <w:b/>
          <w:bCs/>
          <w:color w:val="FFFFFF"/>
          <w:sz w:val="30"/>
          <w:szCs w:val="30"/>
          <w:lang w:val="fr-FR" w:eastAsia="fr-FR"/>
        </w:rPr>
        <w:t>A</w:t>
      </w:r>
      <w:r w:rsidR="00843058">
        <w:rPr>
          <w:rFonts w:ascii="-webkit-standard" w:eastAsia="Times New Roman" w:hAnsi="-webkit-standard"/>
          <w:color w:val="FFFFFF"/>
          <w:sz w:val="27"/>
          <w:szCs w:val="27"/>
        </w:rPr>
        <w:t>A</w:t>
      </w:r>
    </w:p>
    <w:p w14:paraId="6464397E" w14:textId="448577BA" w:rsidR="008373A9" w:rsidRPr="008B2641" w:rsidRDefault="00843058" w:rsidP="008B2641">
      <w:pPr>
        <w:spacing w:after="0" w:line="240" w:lineRule="auto"/>
        <w:rPr>
          <w:rFonts w:ascii="Helvetica Neue" w:eastAsia="Times New Roman" w:hAnsi="Helvetica Neue" w:cs="Times New Roman"/>
          <w:b/>
          <w:bCs/>
          <w:color w:val="FFFFFF"/>
          <w:sz w:val="30"/>
          <w:szCs w:val="30"/>
          <w:lang w:val="fr-FR" w:eastAsia="fr-FR"/>
        </w:rPr>
      </w:pPr>
      <w:r>
        <w:rPr>
          <w:rFonts w:ascii="-webkit-standard" w:eastAsia="Times New Roman" w:hAnsi="-webkit-standard"/>
          <w:color w:val="FFFFFF"/>
          <w:sz w:val="27"/>
          <w:szCs w:val="27"/>
        </w:rPr>
        <w:t>RTICLE 6 S)</w:t>
      </w:r>
      <w:r w:rsidR="008B2641" w:rsidRPr="008B2641">
        <w:rPr>
          <w:rFonts w:ascii="Helvetica Neue" w:eastAsia="Times New Roman" w:hAnsi="Helvetica Neue" w:cs="Times New Roman"/>
          <w:b/>
          <w:bCs/>
          <w:color w:val="FFFFFF"/>
          <w:sz w:val="30"/>
          <w:szCs w:val="30"/>
          <w:lang w:val="fr-FR" w:eastAsia="fr-FR"/>
        </w:rPr>
        <w:t xml:space="preserve">RTICLE 6 : </w:t>
      </w:r>
      <w:proofErr w:type="spellStart"/>
      <w:r w:rsidR="008B2641" w:rsidRPr="008B2641">
        <w:rPr>
          <w:rFonts w:ascii="Helvetica Neue" w:eastAsia="Times New Roman" w:hAnsi="Helvetica Neue" w:cs="Times New Roman"/>
          <w:b/>
          <w:bCs/>
          <w:color w:val="FFFFFF"/>
          <w:sz w:val="30"/>
          <w:szCs w:val="30"/>
          <w:lang w:val="fr-FR" w:eastAsia="fr-FR"/>
        </w:rPr>
        <w:t>UTILISATI</w:t>
      </w:r>
      <w:proofErr w:type="spellEnd"/>
    </w:p>
    <w:p w14:paraId="5D7632DE" w14:textId="77777777" w:rsidR="008B2641" w:rsidRPr="003D5AB0" w:rsidRDefault="008B2641" w:rsidP="008B2641">
      <w:pPr>
        <w:pStyle w:val="Listepuces"/>
        <w:rPr>
          <w:sz w:val="18"/>
          <w:szCs w:val="18"/>
          <w:lang w:val="fr-FR" w:eastAsia="fr-FR"/>
        </w:rPr>
      </w:pPr>
      <w:r w:rsidRPr="003D5AB0">
        <w:rPr>
          <w:b/>
          <w:bCs/>
          <w:sz w:val="18"/>
          <w:szCs w:val="18"/>
          <w:lang w:val="fr-FR" w:eastAsia="fr-FR"/>
        </w:rPr>
        <w:t>Propreté :</w:t>
      </w:r>
      <w:r w:rsidRPr="003D5AB0">
        <w:rPr>
          <w:sz w:val="18"/>
          <w:szCs w:val="18"/>
          <w:lang w:val="fr-FR" w:eastAsia="fr-FR"/>
        </w:rPr>
        <w:t> Les vestiaires sont des espaces communs mis à disposition des adhérents. Chacun veillera à les laisser parfaitement propres et rangés après son passage.</w:t>
      </w:r>
    </w:p>
    <w:p w14:paraId="1A8A5DB2" w14:textId="77777777" w:rsidR="008B2641" w:rsidRPr="003D5AB0" w:rsidRDefault="008B2641" w:rsidP="008B2641">
      <w:pPr>
        <w:pStyle w:val="Listepuces"/>
        <w:rPr>
          <w:sz w:val="18"/>
          <w:szCs w:val="18"/>
          <w:lang w:val="fr-FR" w:eastAsia="fr-FR"/>
        </w:rPr>
      </w:pPr>
      <w:r w:rsidRPr="003D5AB0">
        <w:rPr>
          <w:b/>
          <w:bCs/>
          <w:sz w:val="18"/>
          <w:szCs w:val="18"/>
          <w:lang w:val="fr-FR" w:eastAsia="fr-FR"/>
        </w:rPr>
        <w:t>Décharge pour vols :</w:t>
      </w:r>
      <w:r w:rsidRPr="003D5AB0">
        <w:rPr>
          <w:sz w:val="18"/>
          <w:szCs w:val="18"/>
          <w:lang w:val="fr-FR" w:eastAsia="fr-FR"/>
        </w:rPr>
        <w:t> Le club </w:t>
      </w:r>
      <w:r w:rsidRPr="003D5AB0">
        <w:rPr>
          <w:b/>
          <w:bCs/>
          <w:sz w:val="18"/>
          <w:szCs w:val="18"/>
          <w:lang w:val="fr-FR" w:eastAsia="fr-FR"/>
        </w:rPr>
        <w:t>CSSC</w:t>
      </w:r>
      <w:r w:rsidRPr="003D5AB0">
        <w:rPr>
          <w:sz w:val="18"/>
          <w:szCs w:val="18"/>
          <w:lang w:val="fr-FR" w:eastAsia="fr-FR"/>
        </w:rPr>
        <w:t> décline formellement toute responsabilité en cas de perte, d'oubli ou de vol d'objets de valeur (bijoux, téléphones, portefeuilles, vêtements) dans l'enceinte des vestiaires ou du complexe sportif. Il est vivement conseillé de ne laisser aucun objet de valeur dans les vestiaires pendant l'entraînement.</w:t>
      </w:r>
    </w:p>
    <w:p w14:paraId="2A3CD242" w14:textId="77777777" w:rsidR="008B2641" w:rsidRDefault="008B2641" w:rsidP="00972C43">
      <w:pPr>
        <w:pStyle w:val="Listepuces"/>
        <w:numPr>
          <w:ilvl w:val="0"/>
          <w:numId w:val="0"/>
        </w:numPr>
        <w:spacing w:after="60"/>
        <w:ind w:left="360"/>
      </w:pPr>
    </w:p>
    <w:p w14:paraId="2DB49889" w14:textId="642063BA" w:rsidR="00BF2943" w:rsidRPr="00A171AB" w:rsidRDefault="00F31987">
      <w:pPr>
        <w:keepNext/>
        <w:spacing w:before="280" w:after="120"/>
        <w:rPr>
          <w:sz w:val="24"/>
          <w:szCs w:val="24"/>
        </w:rPr>
      </w:pPr>
      <w:r w:rsidRPr="00A171AB">
        <w:rPr>
          <w:b/>
          <w:color w:val="1A365D"/>
          <w:sz w:val="24"/>
          <w:szCs w:val="24"/>
        </w:rPr>
        <w:t xml:space="preserve">ARTICLE </w:t>
      </w:r>
      <w:r w:rsidR="00B07EE4">
        <w:rPr>
          <w:b/>
          <w:color w:val="1A365D"/>
          <w:sz w:val="24"/>
          <w:szCs w:val="24"/>
        </w:rPr>
        <w:t>7:</w:t>
      </w:r>
      <w:r w:rsidRPr="00A171AB">
        <w:rPr>
          <w:b/>
          <w:color w:val="1A365D"/>
          <w:sz w:val="24"/>
          <w:szCs w:val="24"/>
        </w:rPr>
        <w:t xml:space="preserve"> DROIT À L'IMAGE ET PROTECTION DES DONNÉES (RGPD)</w:t>
      </w:r>
    </w:p>
    <w:p w14:paraId="044C7E30" w14:textId="77777777" w:rsidR="00BF2943" w:rsidRPr="00A171AB" w:rsidRDefault="00F31987">
      <w:pPr>
        <w:pStyle w:val="Listepuces"/>
        <w:spacing w:after="60"/>
        <w:rPr>
          <w:sz w:val="18"/>
          <w:szCs w:val="18"/>
        </w:rPr>
      </w:pPr>
      <w:r w:rsidRPr="00A171AB">
        <w:rPr>
          <w:b/>
          <w:sz w:val="18"/>
          <w:szCs w:val="18"/>
        </w:rPr>
        <w:t xml:space="preserve">Droit à l'image : </w:t>
      </w:r>
      <w:r w:rsidRPr="00A171AB">
        <w:rPr>
          <w:sz w:val="18"/>
          <w:szCs w:val="18"/>
        </w:rPr>
        <w:t>Par son adhésion, l'adhérent autorise le club à utiliser son image (photos/vidéos prises durant les cours) pour ses supports de communication officiels (site internet, réseaux sociaux, brochures). Cet usage est gratuit et non commercial.</w:t>
      </w:r>
    </w:p>
    <w:p w14:paraId="0591B6AE" w14:textId="77777777" w:rsidR="00BF2943" w:rsidRDefault="00F31987">
      <w:pPr>
        <w:pStyle w:val="Listepuces"/>
        <w:spacing w:after="60"/>
      </w:pPr>
      <w:r w:rsidRPr="00A171AB">
        <w:rPr>
          <w:b/>
          <w:sz w:val="18"/>
          <w:szCs w:val="18"/>
        </w:rPr>
        <w:t xml:space="preserve">Droit de rétractation : </w:t>
      </w:r>
      <w:r w:rsidRPr="00A171AB">
        <w:rPr>
          <w:sz w:val="18"/>
          <w:szCs w:val="18"/>
        </w:rPr>
        <w:t>L'adhérent peut refuser cette utilisation lors de l'inscription ou demander le retrait d'une photo à tout moment par simple écrit.</w:t>
      </w:r>
    </w:p>
    <w:p w14:paraId="7398B942" w14:textId="77777777" w:rsidR="00E632BF" w:rsidRDefault="00E632BF">
      <w:pPr>
        <w:keepNext/>
        <w:spacing w:before="280" w:after="120"/>
        <w:rPr>
          <w:b/>
          <w:color w:val="1A365D"/>
          <w:sz w:val="24"/>
          <w:szCs w:val="24"/>
        </w:rPr>
      </w:pPr>
    </w:p>
    <w:p w14:paraId="4219F060" w14:textId="02A44932" w:rsidR="00BF2943" w:rsidRPr="00A171AB" w:rsidRDefault="00F31987">
      <w:pPr>
        <w:keepNext/>
        <w:spacing w:before="280" w:after="120"/>
        <w:rPr>
          <w:sz w:val="24"/>
          <w:szCs w:val="24"/>
        </w:rPr>
      </w:pPr>
      <w:r w:rsidRPr="00A171AB">
        <w:rPr>
          <w:b/>
          <w:color w:val="1A365D"/>
          <w:sz w:val="24"/>
          <w:szCs w:val="24"/>
        </w:rPr>
        <w:t xml:space="preserve">ARTICLE </w:t>
      </w:r>
      <w:r w:rsidR="00940BA8">
        <w:rPr>
          <w:b/>
          <w:color w:val="1A365D"/>
          <w:sz w:val="24"/>
          <w:szCs w:val="24"/>
        </w:rPr>
        <w:t>8:</w:t>
      </w:r>
      <w:r w:rsidRPr="00A171AB">
        <w:rPr>
          <w:b/>
          <w:color w:val="1A365D"/>
          <w:sz w:val="24"/>
          <w:szCs w:val="24"/>
        </w:rPr>
        <w:t xml:space="preserve"> SANCTIONS</w:t>
      </w:r>
    </w:p>
    <w:p w14:paraId="7827716E" w14:textId="77777777" w:rsidR="00BF2943" w:rsidRPr="00A171AB" w:rsidRDefault="00F31987">
      <w:pPr>
        <w:pStyle w:val="Listepuces"/>
        <w:spacing w:after="60"/>
        <w:rPr>
          <w:sz w:val="18"/>
          <w:szCs w:val="18"/>
        </w:rPr>
      </w:pPr>
      <w:r w:rsidRPr="00A171AB">
        <w:rPr>
          <w:b/>
          <w:sz w:val="18"/>
          <w:szCs w:val="18"/>
        </w:rPr>
        <w:t xml:space="preserve">Graduation : </w:t>
      </w:r>
      <w:r w:rsidRPr="00A171AB">
        <w:rPr>
          <w:sz w:val="18"/>
          <w:szCs w:val="18"/>
        </w:rPr>
        <w:t>Tout non-respect du présent règlement peut donner lieu à un avertissement, une suspension temporaire ou une exclusion définitive prononcée par le comité directeur, sans aucun remboursement.</w:t>
      </w:r>
    </w:p>
    <w:p w14:paraId="1AE912BF" w14:textId="35BC2D93" w:rsidR="00BF2943" w:rsidRDefault="00BF2943" w:rsidP="002512AA"/>
    <w:p w14:paraId="750EA6FC" w14:textId="79C20FAE" w:rsidR="00BF2943" w:rsidRDefault="00BF2943">
      <w:pPr>
        <w:spacing w:after="80"/>
      </w:pPr>
    </w:p>
    <w:tbl>
      <w:tblPr>
        <w:tblW w:w="0" w:type="auto"/>
        <w:jc w:val="center"/>
        <w:tblLook w:val="04A0" w:firstRow="1" w:lastRow="0" w:firstColumn="1" w:lastColumn="0" w:noHBand="0" w:noVBand="1"/>
      </w:tblPr>
      <w:tblGrid>
        <w:gridCol w:w="9936"/>
      </w:tblGrid>
      <w:tr w:rsidR="00BF2943" w14:paraId="15B525DE" w14:textId="77777777">
        <w:trPr>
          <w:jc w:val="center"/>
        </w:trPr>
        <w:tc>
          <w:tcPr>
            <w:tcW w:w="9936" w:type="dxa"/>
            <w:shd w:val="clear" w:color="auto" w:fill="F7FAFC"/>
          </w:tcPr>
          <w:p w14:paraId="4E28FE6B" w14:textId="73BBBB4F" w:rsidR="00BF2943" w:rsidRDefault="00F31987">
            <w:pPr>
              <w:spacing w:before="120" w:after="120"/>
            </w:pPr>
            <w:r>
              <w:rPr>
                <w:b/>
              </w:rPr>
              <w:t>Engagement de l'adhérent (ou du représentant légal) :</w:t>
            </w:r>
            <w:r>
              <w:rPr>
                <w:b/>
              </w:rPr>
              <w:br/>
            </w:r>
            <w:r>
              <w:t xml:space="preserve">Je soussigné(e) M./Mme ______________________________________ reconnais avoir pris connaissance du Règlement Intérieur du club CSSC et m'engage à le respecter scrupuleusement. </w:t>
            </w:r>
            <w:r>
              <w:br/>
            </w:r>
            <w:r>
              <w:br/>
              <w:t>Fait à : ________________________ , le : ____ / ____ / 2026</w:t>
            </w:r>
            <w:r>
              <w:br/>
            </w:r>
            <w:r>
              <w:br/>
              <w:t xml:space="preserve">Mention </w:t>
            </w:r>
            <w:proofErr w:type="spellStart"/>
            <w:r>
              <w:t>manuscrite</w:t>
            </w:r>
            <w:proofErr w:type="spellEnd"/>
            <w:r>
              <w:t xml:space="preserve"> "Lu et </w:t>
            </w:r>
            <w:proofErr w:type="spellStart"/>
            <w:r>
              <w:t>approuvé</w:t>
            </w:r>
            <w:proofErr w:type="spellEnd"/>
            <w:r w:rsidR="001C469C">
              <w:t>":</w:t>
            </w:r>
            <w:r>
              <w:t xml:space="preserve">                                      </w:t>
            </w:r>
            <w:r w:rsidR="001C469C">
              <w:t>Signature:</w:t>
            </w:r>
            <w:r>
              <w:br/>
            </w:r>
            <w:r>
              <w:br/>
            </w:r>
            <w:r>
              <w:br/>
            </w:r>
          </w:p>
        </w:tc>
      </w:tr>
    </w:tbl>
    <w:p w14:paraId="617A64B4" w14:textId="77777777" w:rsidR="00C805FE" w:rsidRDefault="00C805FE"/>
    <w:sectPr w:rsidR="00C805FE" w:rsidSect="006C24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 w:name="-webkit-standard">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6D093A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010871">
    <w:abstractNumId w:val="8"/>
  </w:num>
  <w:num w:numId="2" w16cid:durableId="1612126466">
    <w:abstractNumId w:val="6"/>
  </w:num>
  <w:num w:numId="3" w16cid:durableId="333916478">
    <w:abstractNumId w:val="5"/>
  </w:num>
  <w:num w:numId="4" w16cid:durableId="1966042256">
    <w:abstractNumId w:val="4"/>
  </w:num>
  <w:num w:numId="5" w16cid:durableId="1682272634">
    <w:abstractNumId w:val="7"/>
  </w:num>
  <w:num w:numId="6" w16cid:durableId="1108542214">
    <w:abstractNumId w:val="3"/>
  </w:num>
  <w:num w:numId="7" w16cid:durableId="40784868">
    <w:abstractNumId w:val="2"/>
  </w:num>
  <w:num w:numId="8" w16cid:durableId="354621860">
    <w:abstractNumId w:val="1"/>
  </w:num>
  <w:num w:numId="9" w16cid:durableId="1977486661">
    <w:abstractNumId w:val="0"/>
  </w:num>
  <w:num w:numId="10" w16cid:durableId="159470576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7919"/>
    <w:rsid w:val="0006063C"/>
    <w:rsid w:val="00097A25"/>
    <w:rsid w:val="000D44F9"/>
    <w:rsid w:val="0015074B"/>
    <w:rsid w:val="00193071"/>
    <w:rsid w:val="001C469C"/>
    <w:rsid w:val="001E3CA1"/>
    <w:rsid w:val="001E78DF"/>
    <w:rsid w:val="002512AA"/>
    <w:rsid w:val="002659A1"/>
    <w:rsid w:val="00284A83"/>
    <w:rsid w:val="0029639D"/>
    <w:rsid w:val="002B4E4C"/>
    <w:rsid w:val="002E58EE"/>
    <w:rsid w:val="00322402"/>
    <w:rsid w:val="00324C4C"/>
    <w:rsid w:val="00326F90"/>
    <w:rsid w:val="00377654"/>
    <w:rsid w:val="003D5AB0"/>
    <w:rsid w:val="003E7642"/>
    <w:rsid w:val="00420549"/>
    <w:rsid w:val="004B7E3D"/>
    <w:rsid w:val="004C46AE"/>
    <w:rsid w:val="004E3434"/>
    <w:rsid w:val="00511EAC"/>
    <w:rsid w:val="00516DF5"/>
    <w:rsid w:val="0056285C"/>
    <w:rsid w:val="00570139"/>
    <w:rsid w:val="005E2F2F"/>
    <w:rsid w:val="005E767D"/>
    <w:rsid w:val="00643189"/>
    <w:rsid w:val="0068536E"/>
    <w:rsid w:val="006C244D"/>
    <w:rsid w:val="006D18B3"/>
    <w:rsid w:val="006E74CA"/>
    <w:rsid w:val="00786C7B"/>
    <w:rsid w:val="007C72F1"/>
    <w:rsid w:val="007D51E5"/>
    <w:rsid w:val="007E35AF"/>
    <w:rsid w:val="007E78BD"/>
    <w:rsid w:val="00800545"/>
    <w:rsid w:val="00835F6B"/>
    <w:rsid w:val="008373A9"/>
    <w:rsid w:val="00843058"/>
    <w:rsid w:val="008612C9"/>
    <w:rsid w:val="0088257A"/>
    <w:rsid w:val="0089569C"/>
    <w:rsid w:val="008A0074"/>
    <w:rsid w:val="008B2641"/>
    <w:rsid w:val="008C3FE8"/>
    <w:rsid w:val="008D10A3"/>
    <w:rsid w:val="00922AF9"/>
    <w:rsid w:val="00940BA8"/>
    <w:rsid w:val="00972C43"/>
    <w:rsid w:val="009831BC"/>
    <w:rsid w:val="00983B6A"/>
    <w:rsid w:val="00991F6A"/>
    <w:rsid w:val="009B7147"/>
    <w:rsid w:val="009F4DDE"/>
    <w:rsid w:val="00A171AB"/>
    <w:rsid w:val="00A91F37"/>
    <w:rsid w:val="00AA1D8D"/>
    <w:rsid w:val="00AD03AE"/>
    <w:rsid w:val="00B07EE4"/>
    <w:rsid w:val="00B47730"/>
    <w:rsid w:val="00B86192"/>
    <w:rsid w:val="00B915C4"/>
    <w:rsid w:val="00B97D90"/>
    <w:rsid w:val="00BA1973"/>
    <w:rsid w:val="00BF2943"/>
    <w:rsid w:val="00C02781"/>
    <w:rsid w:val="00C264EB"/>
    <w:rsid w:val="00C51744"/>
    <w:rsid w:val="00C72536"/>
    <w:rsid w:val="00C805FE"/>
    <w:rsid w:val="00CA3EC1"/>
    <w:rsid w:val="00CA5DEA"/>
    <w:rsid w:val="00CB0664"/>
    <w:rsid w:val="00CB4704"/>
    <w:rsid w:val="00CC5959"/>
    <w:rsid w:val="00CE2C9F"/>
    <w:rsid w:val="00CF2227"/>
    <w:rsid w:val="00DA7CB5"/>
    <w:rsid w:val="00DC4D8E"/>
    <w:rsid w:val="00DD74F3"/>
    <w:rsid w:val="00E53AD9"/>
    <w:rsid w:val="00E632BF"/>
    <w:rsid w:val="00EB3F0E"/>
    <w:rsid w:val="00ED4035"/>
    <w:rsid w:val="00ED6DB2"/>
    <w:rsid w:val="00F04A34"/>
    <w:rsid w:val="00F27CDE"/>
    <w:rsid w:val="00F31705"/>
    <w:rsid w:val="00F31987"/>
    <w:rsid w:val="00FC693F"/>
    <w:rsid w:val="00FF4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90341"/>
  <w14:defaultImageDpi w14:val="300"/>
  <w15:docId w15:val="{2C0BDB5C-FC49-7942-ADFB-55EF72F5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Helvetica" w:hAnsi="Helvetica"/>
      <w:color w:val="2D3748"/>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z1qcye">
    <w:name w:val="z1qcye"/>
    <w:basedOn w:val="Normal"/>
    <w:rsid w:val="008B2641"/>
    <w:pPr>
      <w:spacing w:before="100" w:beforeAutospacing="1" w:after="100" w:afterAutospacing="1" w:line="240" w:lineRule="auto"/>
    </w:pPr>
    <w:rPr>
      <w:rFonts w:ascii="Times New Roman" w:hAnsi="Times New Roman" w:cs="Times New Roman"/>
      <w:color w:val="auto"/>
      <w:sz w:val="24"/>
      <w:szCs w:val="24"/>
      <w:lang w:val="fr-FR" w:eastAsia="fr-FR"/>
    </w:rPr>
  </w:style>
  <w:style w:type="character" w:customStyle="1" w:styleId="inqyif">
    <w:name w:val="inqyif"/>
    <w:basedOn w:val="Policepardfaut"/>
    <w:rsid w:val="008B2641"/>
  </w:style>
  <w:style w:type="character" w:customStyle="1" w:styleId="apple-converted-space">
    <w:name w:val="apple-converted-space"/>
    <w:basedOn w:val="Policepardfaut"/>
    <w:rsid w:val="008B2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laurent monin</cp:lastModifiedBy>
  <cp:revision>2</cp:revision>
  <dcterms:created xsi:type="dcterms:W3CDTF">2026-08-31T14:59:00Z</dcterms:created>
  <dcterms:modified xsi:type="dcterms:W3CDTF">2026-08-31T14:59:00Z</dcterms:modified>
  <cp:category/>
</cp:coreProperties>
</file>